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DJ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DJ with a focus on live performance and crowd engagement, skilled at reading a room and shaping a set across genres. Experienced in setting up and operating industry-standard equipment and software, and comfortable managing bookings, promotion and client relationships.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Creative software production   •   Content creation and writing   •   Event coordination   •   Marketing analytics   •   Selling and negotiation   •   Serato DJ Pro   •   rekordbox   •   Traktor Pro   •   Ableton Live   •   Logic Pro   •   Customer service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DJ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Mixed live sets at a weekly club night, reading the crowd to adjust tempo and genre, which kept the dance floor busy until close.</w:t>
      </w:r>
    </w:p>
    <w:p>
      <w:pPr>
        <w:pStyle w:val="ListBullet"/>
        <w:spacing w:after="80" w:line="276" w:lineRule="auto"/>
      </w:pPr>
      <w:r>
        <w:t>Set up and tested sound, lighting and mixing equipment at more than 30 events, ensuring no technical issues during performances.</w:t>
      </w:r>
    </w:p>
    <w:p>
      <w:pPr>
        <w:pStyle w:val="ListBullet"/>
        <w:spacing w:after="80" w:line="276" w:lineRule="auto"/>
      </w:pPr>
      <w:r>
        <w:t>Negotiated booking fees and schedules with venue managers and event organisers, securing repeat engagements across a festival season.</w:t>
      </w:r>
    </w:p>
    <w:p>
      <w:pPr>
        <w:pStyle w:val="ListBullet"/>
        <w:spacing w:after="80" w:line="276" w:lineRule="auto"/>
      </w:pPr>
      <w:r>
        <w:t>Produced and released demo mixes online, growing a local following and attracting direct booking enquiries.</w:t>
      </w:r>
    </w:p>
    <w:p>
      <w:pPr>
        <w:pStyle w:val="ListBullet"/>
        <w:spacing w:after="240" w:line="276" w:lineRule="auto"/>
      </w:pPr>
      <w:r>
        <w:t>Promoted gigs through social media and email lists, filling a 200-capacity venue for a self-run event.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bachelor degree in music, audio production or a related field is common, though many DJs enter through a diploma or certificate in music production, audio or event management.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