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Dog Groomer</w:t>
      </w:r>
    </w:p>
    <w:p>
      <w:pPr>
        <w:spacing w:before="0" w:after="240"/>
      </w:pPr>
      <w:r>
        <w:t>I'm writing to apply for the Dog Groomer position at [Company Name]. I have hands-on experience bathing, clipping and styling dogs across different breeds and temperaments, and I enjoy the mix of technical skill and animal handling the role demands.</w:t>
      </w:r>
    </w:p>
    <w:p>
      <w:pPr>
        <w:spacing w:before="0" w:after="240"/>
      </w:pPr>
      <w:r>
        <w:t>In previous grooming work I built a group of regular clients who specifically booked with me, partly because I take the time to check coat, skin, ears and nails properly rather than rushing the groom. On more than one occasion this caught an early skin or ear issue that I flagged to the owner and referred on to their vet, which owners consistently mentioned they appreciated.</w:t>
      </w:r>
    </w:p>
    <w:p>
      <w:pPr>
        <w:spacing w:before="0" w:after="240"/>
      </w:pPr>
      <w:r>
        <w:t>I'm keen to bring that same attention to detail to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I've attached my resume and would welcome the chance to discuss how I can contribute to your grooming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