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Door-to-door Salesperson</w:t>
      </w:r>
    </w:p>
    <w:p>
      <w:pPr>
        <w:spacing w:before="0" w:after="240"/>
      </w:pPr>
      <w:r>
        <w:t>I'm applying for the Door-to-door Salesperson role at [Company Name]. My experience canvassing residential areas and working to daily call and sales targets makes me a strong fit for your team.</w:t>
      </w:r>
    </w:p>
    <w:p>
      <w:pPr>
        <w:spacing w:before="0" w:after="240"/>
      </w:pPr>
      <w:r>
        <w:t>In a previous direct sales role, I knocked on doors across assigned suburbs to pitch solar and internet plans. I built a repeatable approach to opening conversations, qualifying householders and handling objections on price and timing. That approach helped me book in-home appointments consistently and keep accurate CRM records so follow-up visits were well targeted.</w:t>
      </w:r>
    </w:p>
    <w:p>
      <w:pPr>
        <w:spacing w:before="0" w:after="240"/>
      </w:pPr>
      <w:r>
        <w:t>I want to work for [Company Name] because [add one genuine, specific reason: a project, value, or market position you can point to]. I'm keen to bring my door-to-door experience to a team that values persistence, clear communication and respect for the people we visit.</w:t>
      </w:r>
    </w:p>
    <w:p>
      <w:pPr>
        <w:spacing w:before="0" w:after="240"/>
      </w:pPr>
      <w:r>
        <w:t>Thank you for considering my application. My resume is attached, and I'd welcome the chance to discuss how I can contribute to your sales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