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Doula</w:t>
      </w:r>
    </w:p>
    <w:p>
      <w:pPr>
        <w:spacing w:before="0" w:after="240"/>
      </w:pPr>
      <w:r>
        <w:t>I am writing to apply for the doula role at [Company Name]. With experience supporting families through pregnancy, labour and the postnatal period, I would bring calm, practical and respectful support to your clients.</w:t>
      </w:r>
    </w:p>
    <w:p>
      <w:pPr>
        <w:spacing w:before="0" w:after="240"/>
      </w:pPr>
      <w:r>
        <w:t>In my recent work as a doula, I supported a family through a long induction at a hospital. I stayed with them for over 24 hours, using positioning techniques and calm reassurance to help the mother avoid an epidural she had hoped to avoid. After the birth, I guided her through the first breastfeed and visited at home several times to help with latch and recovery. She later told me that having me there helped her feel in control of her choices.</w:t>
      </w:r>
    </w:p>
    <w:p>
      <w:pPr>
        <w:spacing w:before="0" w:after="240"/>
      </w:pPr>
      <w:r>
        <w:t>I am interested in working with [Company Name] because [add one genuine, specific reason: a project, value, or market position you can point to]. I am keen to contribute to a service that values informed choice and continuous support, and I would welcome the chance to bring my experience to your team.</w:t>
      </w:r>
    </w:p>
    <w:p>
      <w:pPr>
        <w:spacing w:before="0" w:after="240"/>
      </w:pPr>
      <w:r>
        <w:t>Thank you for considering my application. I have attached my resume for your review and would be glad to discuss how my doula experience can support your clients.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