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Doula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birth and postnatal doula with experience supporting families through pregnancy, labour and the early weeks at home. I help parents stay informed, calm and heard, and I work respectfully alongside midwives and medical teams. My approach is non-clinical, practical and centred on each family's preferences.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Care planning and coordination   •   Counselling and support work   •   Health education and advice   •   Calendly   •   Zoom   •   Google Workspace   •   Canva   •   Pregnancy+   •   Empathy and interpersonal care   •   Written communication   •   Client relationships and advisory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Doula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Supported over 20 families through labour and birth, helping parents stay informed and calm as they made decisions.</w:t>
      </w:r>
    </w:p>
    <w:p>
      <w:pPr>
        <w:pStyle w:val="ListBullet"/>
        <w:spacing w:after="80" w:line="276" w:lineRule="auto"/>
      </w:pPr>
      <w:r>
        <w:t>Met with expectant parents to plan birth preferences and support needs, ensuring their choices were clearly documented for hospital or home birth.</w:t>
      </w:r>
    </w:p>
    <w:p>
      <w:pPr>
        <w:pStyle w:val="ListBullet"/>
        <w:spacing w:after="80" w:line="276" w:lineRule="auto"/>
      </w:pPr>
      <w:r>
        <w:t>Provided continuous physical and emotional support through labour, coaching breathing, positioning and comfort techniques during contractions.</w:t>
      </w:r>
    </w:p>
    <w:p>
      <w:pPr>
        <w:pStyle w:val="ListBullet"/>
        <w:spacing w:after="80" w:line="276" w:lineRule="auto"/>
      </w:pPr>
      <w:r>
        <w:t>Guided early breastfeeding and postnatal recovery in the first weeks, helping parents build confidence in feeding and infant care.</w:t>
      </w:r>
    </w:p>
    <w:p>
      <w:pPr>
        <w:pStyle w:val="ListBullet"/>
        <w:spacing w:after="240" w:line="276" w:lineRule="auto"/>
      </w:pPr>
      <w:r>
        <w:t>Debriefed with clients after birth and wrote up support notes, giving families a clear record of their experience and next steps.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pathways include a Certificate IV in Doula Support or Diploma of Counselling, with many doulas also holding a bachelor degree in health, social work or a related field.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