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Drainer</w:t>
      </w:r>
    </w:p>
    <w:p>
      <w:pPr>
        <w:spacing w:before="0" w:after="240"/>
      </w:pPr>
      <w:r>
        <w:t>I am writing to apply for the Drainer position at [Company Name]. With my Certificate III in Plumbing (Drainage) and hands-on experience in sewer, stormwater and wastewater systems, I am confident I can contribute to your team from day one.</w:t>
      </w:r>
    </w:p>
    <w:p>
      <w:pPr>
        <w:spacing w:before="0" w:after="240"/>
      </w:pPr>
      <w:r>
        <w:t>In my previous role, I installed over 800 metres of drainage pipe across a new residential estate. I read the plans, set out the runs, and used a pipe laser to maintain exact falls. When a section failed a leak test, I traced the issue to a misaligned joint and repaired it, passing re-inspection without delaying the project. I also operated a CCTV camera to inspect existing lines, identifying defects that saved the client from future blockages.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for a company that takes pride in doing drainage right the first time and invests in its people's safety and skills.</w:t>
      </w:r>
    </w:p>
    <w:p>
      <w:pPr>
        <w:spacing w:before="0" w:after="240"/>
      </w:pPr>
      <w:r>
        <w:t>Thank you for considering my application. I have attached my resume and look forward to discussing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