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Driller</w:t>
      </w:r>
    </w:p>
    <w:p>
      <w:pPr>
        <w:spacing w:before="0" w:after="240"/>
      </w:pPr>
      <w:r>
        <w:t>I'm writing to apply for the Driller position at [Company Name]. I have hands-on experience operating rotary drilling rigs and managing drill strings in remote, high-risk settings, and I'm looking for a crew where I can put that experience to work on production targets and safety outcomes.</w:t>
      </w:r>
    </w:p>
    <w:p>
      <w:pPr>
        <w:spacing w:before="0" w:after="240"/>
      </w:pPr>
      <w:r>
        <w:t>On a recent job, I picked up an unusual change in standpipe pressure mid-shift that pointed to a developing issue in the mud circulation system. I flagged it immediately, worked with the service technician to trace the cause, and we adjusted before it turned into a stuck pipe or a lost-time incident. That instinct for reading the gauges and acting early is something I bring to every shift, along with a habit of running thorough pre-shift briefings so the whole crew starts on the same page.</w:t>
      </w:r>
    </w:p>
    <w:p>
      <w:pPr>
        <w:spacing w:before="0" w:after="240"/>
      </w:pPr>
      <w:r>
        <w:t>[Company Name] stood out to me when I was looking at this role because [add one genuine, specific reason: a project, value, or market position you can point to]. That's the kind of operation I want to be part of, where the work matters and safety isn't just a sign-off.</w:t>
      </w:r>
    </w:p>
    <w:p>
      <w:pPr>
        <w:spacing w:before="0" w:after="240"/>
      </w:pPr>
      <w:r>
        <w:t>Thank you for considering my application. I've attached my resume with more detail on my drilling experience and licences, and I'd welcome the chance to talk through how I could fit into your crew.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