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Early Childhood Educator</w:t>
      </w:r>
    </w:p>
    <w:p>
      <w:pPr>
        <w:spacing w:before="0" w:after="240"/>
      </w:pPr>
      <w:r>
        <w:t>I'm writing to apply for the Early Childhood Educator position at [Company Name]. With hands-on experience planning EYLF-aligned learning experiences and supporting children's development day to day, I'd bring both the qualifications and the temperament this role needs.</w:t>
      </w:r>
    </w:p>
    <w:p>
      <w:pPr>
        <w:spacing w:before="0" w:after="240"/>
      </w:pPr>
      <w:r>
        <w:t>In my most recent room, I ran daily observations and used Storypark to keep families informed of their child's progress, so parents could see growth in real time rather than waiting for term updates. I also worked closely with a small group of children who needed extra behaviour support, using consistent positive guidance strategies that noticeably reduced conflict during transitions and group time.</w:t>
      </w:r>
    </w:p>
    <w:p>
      <w:pPr>
        <w:spacing w:before="0" w:after="240"/>
      </w:pPr>
      <w:r>
        <w:t>[Company Name] stood out to me because [add one genuine, specific reason: a project, value, or market position you can point to]. That approach matches how I like to work with children and their families.</w:t>
      </w:r>
    </w:p>
    <w:p>
      <w:pPr>
        <w:spacing w:before="0" w:after="240"/>
      </w:pPr>
      <w:r>
        <w:t>Thank you for considering my application. I've attached my resume with further detail on my experience and qualifications, and I'd welcome the chance to discuss how I could contribute to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