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Electric Vehicle Technician</w:t>
      </w:r>
    </w:p>
    <w:p>
      <w:pPr>
        <w:spacing w:before="0" w:after="240"/>
      </w:pPr>
      <w:r>
        <w:t>I am writing to apply for the Electric Vehicle Technician role at [Company Name]. With a Certificate IV in Electric Vehicle Technology and hands-on experience servicing high voltage battery, motor and charging systems, I am confident I can help keep your electric and hybrid fleet safe and reliable.</w:t>
      </w:r>
    </w:p>
    <w:p>
      <w:pPr>
        <w:spacing w:before="0" w:after="240"/>
      </w:pPr>
      <w:r>
        <w:t>In my current workshop, I led the safe isolation and de-energising procedure for a batch of 40 hybrid vehicles recalled for battery management system faults. I used manufacturer diagnostic software to analyse cell voltage data, identified two failing modules per vehicle, and replaced them under warranty. The process cut average diagnostic time from two days to one and returned every vehicle to its owner within the week.</w:t>
      </w:r>
    </w:p>
    <w:p>
      <w:pPr>
        <w:spacing w:before="0" w:after="240"/>
      </w:pPr>
      <w:r>
        <w:t>I want to work for [Company Name] because [add one genuine, specific reason: a project, value, or market position you can point to].</w:t>
      </w:r>
    </w:p>
    <w:p>
      <w:pPr>
        <w:spacing w:before="0" w:after="240"/>
      </w:pPr>
      <w:r>
        <w:t>Thank you for considering my application. My resume is attached for your review, and I would welcome the chance to discuss how my high voltage safety training and diagnostic skills can support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