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Electrical Drafter</w:t>
      </w:r>
    </w:p>
    <w:p>
      <w:pPr>
        <w:spacing w:before="0" w:after="240"/>
      </w:pPr>
      <w:r>
        <w:t>I am writing to apply for the Electrical Drafter position at [Company Name]. With my experience in producing detailed electrical drawings and schematics for construction and utilities projects, I am confident I can contribute to your team.</w:t>
      </w:r>
    </w:p>
    <w:p>
      <w:pPr>
        <w:spacing w:before="0" w:after="240"/>
      </w:pPr>
      <w:r>
        <w:t>In a recent role, I produced the full set of electrical schematics for a multi-storey commercial development, coordinating with the project engineer to resolve a switchboard layout issue before it reached site. This proactive approach avoided a costly delay and kept the installation on schedule. I also implemented a standardised drawing template that cut drafting turnaround from five days to three, improving efficiency across the team.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contribute to a team that values accuracy and innovation in electrical design.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skills can benefit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