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Electrical Trades Assistant</w:t>
      </w:r>
    </w:p>
    <w:p>
      <w:pPr>
        <w:spacing w:before="0" w:after="240"/>
      </w:pPr>
      <w:r>
        <w:t>I am writing to apply for the Electrical Trades Assistant role at [Company Name]. I have hands-on experience supporting licensed electricians on construction and maintenance sites, and I am ready to bring that same reliability to your crew.</w:t>
      </w:r>
    </w:p>
    <w:p>
      <w:pPr>
        <w:spacing w:before="0" w:after="240"/>
      </w:pPr>
      <w:r>
        <w:t>In my last role, I was responsible for preparing conduit and cable trays for a commercial fit-out. By checking drawings ahead of time and staging materials near the workface, I helped the electricians keep to the day's schedule and reduced backtracking for missing parts. I also pulled and terminated cables under supervision, and my runs passed inspection without rework. I take pride in keeping tools and test instruments in good order, and I flag anything faulty before it goes back on the truck.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contribute to a team that takes safety and quality seriously.</w:t>
      </w:r>
    </w:p>
    <w:p>
      <w:pPr>
        <w:spacing w:before="0" w:after="240"/>
      </w:pPr>
      <w:r>
        <w:t>Thank you for considering my application. My resume is attached, and I would welcome the chance to discuss how I can support your electrical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