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Embalmer</w:t>
      </w:r>
    </w:p>
    <w:p>
      <w:pPr>
        <w:spacing w:before="0" w:after="240"/>
      </w:pPr>
      <w:r>
        <w:t>I am writing to apply for the Embalmer position at [Company Name]. With hands-on experience in embalming, restoration and infection control, I am confident in my ability to provide respectful, high-quality care for deceased individuals and their families.</w:t>
      </w:r>
    </w:p>
    <w:p>
      <w:pPr>
        <w:spacing w:before="0" w:after="240"/>
      </w:pPr>
      <w:r>
        <w:t>In my current role, I perform embalming and cosmetic restoration on a full caseload, often managing several cases per day with precision and sensitivity. I recently restored a facial injury using wax and cosmetics so a family could have an open viewing, which they later described as a meaningful closure. I also maintain equipment and records to meet public health standards, and I train colleagues in safe formaldehyde handling and infection control.</w:t>
      </w:r>
    </w:p>
    <w:p>
      <w:pPr>
        <w:spacing w:before="0" w:after="240"/>
      </w:pPr>
      <w:r>
        <w:t>I am drawn to [Company Name] because [add one genuine, specific reason: a project, value, or market position you can point to]. I share your commitment to dignified care and would welcome the chance to contribute to your team.</w:t>
      </w:r>
    </w:p>
    <w:p>
      <w:pPr>
        <w:spacing w:before="0" w:after="240"/>
      </w:pPr>
      <w:r>
        <w:t>Thank you for considering my application. I have attached my resume and would appreciate the opportunity to discuss how my skills can support your funeral home.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