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Emergency Management Officer</w:t>
      </w:r>
    </w:p>
    <w:p>
      <w:pPr>
        <w:spacing w:before="0" w:after="240"/>
      </w:pPr>
      <w:r>
        <w:t>I'm writing to apply for the Emergency Management Officer role at [Company Name]. My background in emergency response planning and multi-agency coordination lines up closely with what this position needs, particularly the mix of planning, training and live incident coordination.</w:t>
      </w:r>
    </w:p>
    <w:p>
      <w:pPr>
        <w:spacing w:before="0" w:after="240"/>
      </w:pPr>
      <w:r>
        <w:t>In a previous incident, I coordinated the response between several agencies during a fast-moving flood event, keeping evacuation routes, warning messaging and on-ground resourcing consistent across each group involved. That work relied on clear risk assessment beforehand and calm, direct communication once the situation was active, and it's the kind of coordination I'd bring to this role from day one.</w:t>
      </w:r>
    </w:p>
    <w:p>
      <w:pPr>
        <w:spacing w:before="0" w:after="240"/>
      </w:pPr>
      <w:r>
        <w:t>[add one genuine, specific reason: a project, value, or market position you can point to] is a big part of why I want to work at [Company Name] specifically, rather than in emergency management generally.</w:t>
      </w:r>
    </w:p>
    <w:p>
      <w:pPr>
        <w:spacing w:before="0" w:after="240"/>
      </w:pPr>
      <w:r>
        <w:t>Thank you for considering my application. I've attached my resume with further detail on my experience, and I'd welcome the chance to discuss how I could contribute to your emergency management function.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