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Employment Consultant</w:t>
      </w:r>
    </w:p>
    <w:p>
      <w:pPr>
        <w:spacing w:before="0" w:after="240"/>
      </w:pPr>
      <w:r>
        <w:t>I am writing to apply for the Employment Consultant role at [Company Name]. With a background in casework, job matching and employer liaison, I am confident I can help job seekers find and keep meaningful work while meeting the compliance and outcome expectations of your program.</w:t>
      </w:r>
    </w:p>
    <w:p>
      <w:pPr>
        <w:spacing w:before="0" w:after="240"/>
      </w:pPr>
      <w:r>
        <w:t>In my current role, I manage a caseload of around 60 job seekers, many facing barriers such as limited local experience, health conditions or caring responsibilities. I develop individualised job search plans using the Workforce Australia Portal, coach clients on resume writing and interview techniques, and work closely with employers to arrange workplace adjustments. One recent success involved a client who had been unemployed for three years; after tailoring his applications and practising interviews, he secured ongoing part-time work in aged care, and I provided post-placement support to help him keep the role.</w:t>
      </w:r>
    </w:p>
    <w:p>
      <w:pPr>
        <w:spacing w:before="0" w:after="240"/>
      </w:pPr>
      <w:r>
        <w:t>I want to work for [Company Name] because [add one genuine, specific reason: a project, value, or market position you can point to]. I am particularly drawn to your focus on sustainable outcomes and community engagement, and I would bring a practical, empathetic approach to supporting your clients and employer partners.</w:t>
      </w:r>
    </w:p>
    <w:p>
      <w:pPr>
        <w:spacing w:before="0" w:after="240"/>
      </w:pPr>
      <w:r>
        <w:t>Thank you for considering my application. My resume is attached, and I would welcome the opportunity to discuss how my experience in employment services and client support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