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Endodontist</w:t>
      </w:r>
    </w:p>
    <w:p>
      <w:pPr>
        <w:spacing w:before="0" w:after="240"/>
      </w:pPr>
      <w:r>
        <w:t>I am writing to apply for the Endodontist position at [Company Name]. With specialist registration and advanced training in endodontics, I am confident I can provide high-quality care that saves natural teeth and relieves severe dental pain.</w:t>
      </w:r>
    </w:p>
    <w:p>
      <w:pPr>
        <w:spacing w:before="0" w:after="240"/>
      </w:pPr>
      <w:r>
        <w:t>In my current role, I routinely perform root canal treatments on complex molars using rotary and hand instruments. I recently managed a case of dental trauma where a patient presented with a fractured incisor and pulpal exposure. By using a dental operating microscope and cone beam computed tomography, I was able to preserve the tooth and restore function. I also carry out endodontic microsurgery, such as apicoectomies, and interpret scans to plan treatment with precision. My approach is always patient-centred, ensuring comfort and clear communication throughout.</w:t>
      </w:r>
    </w:p>
    <w:p>
      <w:pPr>
        <w:spacing w:before="0" w:after="240"/>
      </w:pPr>
      <w:r>
        <w:t>I am drawn to [Company Name] because [add one genuine, specific reason: a project, value, or market position you can point to]. I am looking for a practice where I can contribute to a team that values ongoing education and patient comfort.</w:t>
      </w:r>
    </w:p>
    <w:p>
      <w:pPr>
        <w:spacing w:before="0" w:after="240"/>
      </w:pPr>
      <w:r>
        <w:t>Thank you for considering my application. I have attached my resume and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