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Engineering Manager</w:t>
      </w:r>
    </w:p>
    <w:p>
      <w:pPr>
        <w:spacing w:before="0" w:after="240"/>
      </w:pPr>
      <w:r>
        <w:t>I'm writing to apply for the Engineering Manager position at [Company Name]. I bring a combination of technical design review experience and team leadership, and I'm confident I can apply that balance of technical rigour and people management to your engineering operations.</w:t>
      </w:r>
    </w:p>
    <w:p>
      <w:pPr>
        <w:spacing w:before="0" w:after="240"/>
      </w:pPr>
      <w:r>
        <w:t>In my most recent role I led a team through a full design review cycle for a multi-stage project, working closely with drafters and site staff to resolve compliance issues in the drawings before they reached construction. I managed the project budget across several concurrent workstreams, flagging cost variances early enough to keep spending on track. I also introduced a revised safety protocol for the team, which improved how near misses were reported and followed up on site.</w:t>
      </w:r>
    </w:p>
    <w:p>
      <w:pPr>
        <w:spacing w:before="0" w:after="240"/>
      </w:pPr>
      <w:r>
        <w:t>[Company Name] stood out to me because [add one genuine, specific reason: a project, value, or market position you can point to]. That kind of work is exactly where I want to apply my experience in engineering leadership and process improvement.</w:t>
      </w:r>
    </w:p>
    <w:p>
      <w:pPr>
        <w:spacing w:before="0" w:after="240"/>
      </w:pPr>
      <w:r>
        <w:t>Thank you for considering my application. I've attached my resume with further detail on my project and team leadership experience, and I'd welcome the opportunity to discuss how I could contribute to your engineering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