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English Language Teacher</w:t>
      </w:r>
    </w:p>
    <w:p>
      <w:pPr>
        <w:spacing w:before="0" w:after="240"/>
      </w:pPr>
      <w:r>
        <w:t>I am applying for the English Language Teacher role with [Company Name]. My background is in teaching English to speakers of other languages, and I am comfortable planning for mixed ability classes across adult migrant, international student and community settings.</w:t>
      </w:r>
    </w:p>
    <w:p>
      <w:pPr>
        <w:spacing w:before="0" w:after="240"/>
      </w:pPr>
      <w:r>
        <w:t>In my most recent teaching role, I took over a class of adult learners who had been streamed into a single group despite very different speaking levels. I redesigned the weekly program around a shared topic with tiered tasks, so students could work on the same vocabulary and grammar while reading texts at different levels. Over one term, attendance improved, and several students told me they felt able to speak in front of the group for the first time. I also set up a Moodle page with audio drills and short quizzes, which gave quieter students a way to practise between classes.</w:t>
      </w:r>
    </w:p>
    <w:p>
      <w:pPr>
        <w:spacing w:before="0" w:after="240"/>
      </w:pPr>
      <w:r>
        <w:t>I am particularly interested in working for [Company Name] because [add one genuine, specific reason: a project, value, or market position you can point to]. I would like to bring my TESOL training and classroom experience to a team that takes student wellbeing and language progression seriously.</w:t>
      </w:r>
    </w:p>
    <w:p>
      <w:pPr>
        <w:spacing w:before="0" w:after="240"/>
      </w:pPr>
      <w:r>
        <w:t>Thank you for considering my application. My resume is attached, and I would welcome the chance to talk about how I can contribute to your language programs.</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