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Engraver</w:t>
      </w:r>
    </w:p>
    <w:p>
      <w:pPr>
        <w:spacing w:before="0" w:after="240"/>
      </w:pPr>
      <w:r>
        <w:t>I am applying for the Engraver role at [Company Name]. With hands-on experience across hand tools, pantographs and computer controlled laser and rotary machines, I can take a brief from artwork to finished piece and keep depth, alignment and surface finish consistent across one-off and small batch work.</w:t>
      </w:r>
    </w:p>
    <w:p>
      <w:pPr>
        <w:spacing w:before="0" w:after="240"/>
      </w:pPr>
      <w:r>
        <w:t>In my current role I engrave personalised awards, signage and component labels for retail and trade customers. A recent job involved a run of stainless steel plaques where the logo had fine internal lettering. I adjusted the laser settings, ran a test piece on scrap, and checked depth under magnification before completing the set. The customer received the full order without rework, and the same artwork is now used as a template for their repeat orders.</w:t>
      </w:r>
    </w:p>
    <w:p>
      <w:pPr>
        <w:spacing w:before="0" w:after="240"/>
      </w:pPr>
      <w:r>
        <w:t>I would like to work with [Company Name] because [add one genuine, specific reason: a project, value, or market position you can point to]. I bring a careful eye for detail, a practical approach to machine setup, and the ability to explain engraving options clearly to customers who may not know the technical side.</w:t>
      </w:r>
    </w:p>
    <w:p>
      <w:pPr>
        <w:spacing w:before="0" w:after="240"/>
      </w:pPr>
      <w:r>
        <w:t>Thank you for considering my application. My resume is attached, and I am happy to complete a practical test or discuss my portfolio of engraving work at an interview.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