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Enrolled Nurse</w:t>
      </w:r>
    </w:p>
    <w:p>
      <w:pPr>
        <w:spacing w:before="0" w:after="240"/>
      </w:pPr>
      <w:r>
        <w:t>I am writing to apply for the Enrolled Nurse position at [Company Name]. My clinical training and hands-on ward experience have prepared me to provide safe, attentive patient care under the supervision of your registered nursing team from day one.</w:t>
      </w:r>
    </w:p>
    <w:p>
      <w:pPr>
        <w:spacing w:before="0" w:after="240"/>
      </w:pPr>
      <w:r>
        <w:t>In my most recent placement I managed personal care, vital sign monitoring and medication rounds for a full patient load across a shift, catching and reporting a subtle change in a patient's respiratory rate that led to early intervention by the treating team. That experience reinforced how much careful observation and clear communication with Registered Nurses and doctors matters to patient outcomes, and it is the standard I bring to every shift.</w:t>
      </w:r>
    </w:p>
    <w:p>
      <w:pPr>
        <w:spacing w:before="0" w:after="240"/>
      </w:pPr>
      <w:r>
        <w:t>I want to work at [Company Name] because [add one genuine, specific reason: a project, value, or market position you can point to]. It matches the kind of patient-focused environment where I do my best work.</w:t>
      </w:r>
    </w:p>
    <w:p>
      <w:pPr>
        <w:spacing w:before="0" w:after="240"/>
      </w:pPr>
      <w:r>
        <w:t>Thank you for considering my application. I have attached my resume and would welcome the chance to discuss how I can contribute to your nursing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