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Environmental Health Officer</w:t>
      </w:r>
    </w:p>
    <w:p>
      <w:pPr>
        <w:spacing w:before="0" w:after="240"/>
      </w:pPr>
      <w:r>
        <w:t>I am writing to apply for the Environmental Health Officer role at [Company Name]. With a background in local government regulation and field inspection, I am confident I can contribute to protecting public health in your community.</w:t>
      </w:r>
    </w:p>
    <w:p>
      <w:pPr>
        <w:spacing w:before="0" w:after="240"/>
      </w:pPr>
      <w:r>
        <w:t>In my previous role, I inspected over 200 food businesses each year and investigated a high volume of noise and waste complaints. By focusing on education and clear communication, I helped most operators remedy issues before formal enforcement was needed, which reduced repeat complaints and built stronger compliance relationships.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bring my inspection and investigation skills to a team that shares my commitment to public health.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environmental health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