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Esports Player</w:t>
      </w:r>
    </w:p>
    <w:p>
      <w:pPr>
        <w:spacing w:before="0" w:after="240"/>
      </w:pPr>
      <w:r>
        <w:t>I am writing to apply for the Esports Player role at [Company Name]. With a background in competitive team play, strategy development and data-driven review, I am confident I can contribute to your roster and represent your organisation in broadcast tournaments.</w:t>
      </w:r>
    </w:p>
    <w:p>
      <w:pPr>
        <w:spacing w:before="0" w:after="240"/>
      </w:pPr>
      <w:r>
        <w:t>In my most recent competitive season, I analysed opponent VODs and built counter-strategies that helped my team improve its scrim win rate across a twenty-match block. I also maintained a top 500 ranking on the Oceanic ladder while delivering fifteen hours of weekly practice and review. This combination of disciplined preparation and in-game execution is what I would bring to [Company Name].</w:t>
      </w:r>
    </w:p>
    <w:p>
      <w:pPr>
        <w:spacing w:before="0" w:after="240"/>
      </w:pPr>
      <w:r>
        <w:t>I want to play for [Company Name] because [add one genuine, specific reason: a project, value, or market position you can point to]. I follow your approach to player development and fan engagement, and I am keen to contribute to that culture.</w:t>
      </w:r>
    </w:p>
    <w:p>
      <w:pPr>
        <w:spacing w:before="0" w:after="240"/>
      </w:pPr>
      <w:r>
        <w:t>Thank you for considering my application. My resume is attached, and I would welcome the chance to discuss how my skills and competitive record fit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