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Event Coordinator</w:t>
      </w:r>
    </w:p>
    <w:p>
      <w:pPr>
        <w:spacing w:before="0" w:after="240"/>
      </w:pPr>
      <w:r>
        <w:t>I'm writing to apply for the Event Coordinator role at [Company Name]. I bring hands-on experience across the full event lifecycle, from first client conversation through to pack-down, and I'm confident I can take ownership of your event calendar from day one.</w:t>
      </w:r>
    </w:p>
    <w:p>
      <w:pPr>
        <w:spacing w:before="0" w:after="240"/>
      </w:pPr>
      <w:r>
        <w:t>In a previous role I managed a corporate conference program end to end, coordinating venue, catering and AV suppliers against a fixed budget and timeline. When a keynote speaker's travel fell through two days before the event, I restructured the run sheet and briefed the client and venue staff so the program stayed on schedule with no visible disruption to guests.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bring my coordination skills to a team where that kind of work is the standard, not the exception.</w:t>
      </w:r>
    </w:p>
    <w:p>
      <w:pPr>
        <w:spacing w:before="0" w:after="240"/>
      </w:pPr>
      <w:r>
        <w:t>Thank you for considering my application. I've attached my resume and would welcome the chance to discuss how I can contribute to your events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