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Exercise Physiologist</w:t>
      </w:r>
    </w:p>
    <w:p>
      <w:pPr>
        <w:spacing w:before="0" w:after="240"/>
      </w:pPr>
      <w:r>
        <w:t>I'm writing to apply for the Exercise Physiologist position with [Company Name]. My background in functional assessment and individualised exercise prescription for clients with chronic disease and injury lines up closely with what this role needs.</w:t>
      </w:r>
    </w:p>
    <w:p>
      <w:pPr>
        <w:spacing w:before="0" w:after="240"/>
      </w:pPr>
      <w:r>
        <w:t>In previous placements I've assessed clients using validated functional capacity protocols, then built exercise programs that adjusted week to week as tolerance and goals changed. One client referred under a chronic disease management plan progressed from struggling with basic mobility tasks to completing a structured strength and cardiovascular program, with regular documentation back to their GP keeping the whole care team informed of the change.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work somewhere that treats exercise prescription as core clinical care, not an add-on service.</w:t>
      </w:r>
    </w:p>
    <w:p>
      <w:pPr>
        <w:spacing w:before="0" w:after="240"/>
      </w:pPr>
      <w:r>
        <w:t>Thank you for considering my application. I've attached my resume and would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