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Exhaust Fitter</w:t>
      </w:r>
    </w:p>
    <w:p>
      <w:pPr>
        <w:spacing w:before="0" w:after="240"/>
      </w:pPr>
      <w:r>
        <w:t>I am applying for the Exhaust Fitter role at [Company Name]. With hands-on experience in fabrication, MIG welding and emissions testing, and a habit of checking fitment and compliance before a vehicle leaves the hoist, I am a practical fit for your workshop.</w:t>
      </w:r>
    </w:p>
    <w:p>
      <w:pPr>
        <w:spacing w:before="0" w:after="240"/>
      </w:pPr>
      <w:r>
        <w:t>In my current role, I fabricated and fitted a custom stainless exhaust for a turbo diesel ute after the off-the-shelf kit would not clear a long-range tank and tow bar. I measured and bent the pipe on the vehicle, TIG welded the joints, and re-tested noise and emissions after the install. The customer got the note they wanted without a drone at highway speed, and the vehicle came back for a follow-up service with no exhaust issues.</w:t>
      </w:r>
    </w:p>
    <w:p>
      <w:pPr>
        <w:spacing w:before="0" w:after="240"/>
      </w:pPr>
      <w:r>
        <w:t>I am drawn to [Company Name] because [add one genuine, specific reason: a project, value, or market position you can point to]. I want to work somewhere that treats exhaust fitting as proper fabrication and compliance work, not just parts swapping, and where the team takes pride in clean welds and systems that last.</w:t>
      </w:r>
    </w:p>
    <w:p>
      <w:pPr>
        <w:spacing w:before="0" w:after="240"/>
      </w:pPr>
      <w:r>
        <w:t>Thanks for considering my application. My resume is attached and I would welcome the chance to talk through a recent job or complete a weld and fitment test in your workshop.</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