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Family and Relationship Counsellor</w:t>
      </w:r>
    </w:p>
    <w:p>
      <w:pPr>
        <w:spacing w:before="0" w:after="240"/>
      </w:pPr>
      <w:r>
        <w:t>I am writing to apply for the Family and Relationship Counsellor position at [Company Name]. With my training in counselling and family therapy, and my experience supporting clients through relationship conflict, separation and parenting stress, I am confident I can make a positive contribution to your team.</w:t>
      </w:r>
    </w:p>
    <w:p>
      <w:pPr>
        <w:spacing w:before="0" w:after="240"/>
      </w:pPr>
      <w:r>
        <w:t>In my current role, I manage a caseload of 25 clients, conducting weekly sessions that help couples improve communication and manage conflict. I recently worked with a family navigating separation, facilitating joint sessions that resulted in a shared parenting plan and reduced conflict during handovers. I maintain detailed case notes in Halaxy and refer clients to external services when needed, ensuring they receive coordinated support.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accessible, client-centred care and would welcome the chance to bring my skills to your organisation.</w:t>
      </w:r>
    </w:p>
    <w:p>
      <w:pPr>
        <w:spacing w:before="0" w:after="240"/>
      </w:pPr>
      <w:r>
        <w:t>Thank you for considering my application. I have attached my resume and look forward to the opportunity to discuss how my experience aligns with the needs of your clients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