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Family Day Care Coordinator</w:t>
      </w:r>
    </w:p>
    <w:p>
      <w:pPr>
        <w:spacing w:before="0" w:after="240"/>
      </w:pPr>
      <w:r>
        <w:t>I am writing to apply for the Family Day Care Coordinator position at [Company Name]. With a strong background in early childhood education and care, particularly in supporting home-based educators and ensuring regulatory compliance, I am confident I can contribute to your team.</w:t>
      </w:r>
    </w:p>
    <w:p>
      <w:pPr>
        <w:spacing w:before="0" w:after="240"/>
      </w:pPr>
      <w:r>
        <w:t>In my current role, I assess and approve new educators through comprehensive home visits and reference checks. I also monitor compliance with the National Quality Framework, and I recently helped a group of educators improve their practices by introducing a peer mentoring program. This initiative led to better documentation of children's learning and more consistent application of the National Quality Standard. I also manage enrolments for families, carefully matching each child's needs with the right educator, which has reduced wait times and improved family satisfaction.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bring my skills in compliance and educator support to your organisation.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support your family day care network.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