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Family Day Care Educator</w:t>
      </w:r>
    </w:p>
    <w:p>
      <w:pPr>
        <w:spacing w:before="0" w:after="240"/>
      </w:pPr>
      <w:r>
        <w:t>I am writing to apply for the Family Day Care Educator role with [Company Name]. With a Diploma of Early Childhood Education and Care and experience running a small home-based service, I am confident I can provide the flexible, high-quality care and play-based learning your families rely on.</w:t>
      </w:r>
    </w:p>
    <w:p>
      <w:pPr>
        <w:spacing w:before="0" w:after="240"/>
      </w:pPr>
      <w:r>
        <w:t>In my previous family day care role, I cared for a group of four children, planning a daily program that linked to the Early Years Learning Framework. I introduced a simple visual routine that helped children settle faster and reduced separation anxiety for new starters. I kept detailed developmental records in Storypark and worked closely with families to adjust meal plans for allergies and cultural preferences, and the service coordinator used my documentation as an example during home approval reviews.</w:t>
      </w:r>
    </w:p>
    <w:p>
      <w:pPr>
        <w:spacing w:before="0" w:after="240"/>
      </w:pPr>
      <w:r>
        <w:t>I want to work with [Company Name] because [add one genuine, specific reason: a project, value, or market position you can point to]. I am particularly interested in how your service supports educators with mentoring and professional development, which matters for maintaining quality in a home setting.</w:t>
      </w:r>
    </w:p>
    <w:p>
      <w:pPr>
        <w:spacing w:before="0" w:after="240"/>
      </w:pPr>
      <w:r>
        <w:t>Thank you for considering my application. I have attached my resume and would welcome the chance to discuss how my experience aligns with your service's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