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Family Dispute Resolution Practitioner</w:t>
      </w:r>
    </w:p>
    <w:p>
      <w:pPr>
        <w:spacing w:before="0" w:after="240"/>
      </w:pPr>
      <w:r>
        <w:t>I am writing to apply for the position of Family Dispute Resolution Practitioner at [Company Name]. With accreditation from the Attorney-General's Department and experience conducting mediation sessions between separated parents, I am confident I can help your clients resolve disputes without court intervention.</w:t>
      </w:r>
    </w:p>
    <w:p>
      <w:pPr>
        <w:spacing w:before="0" w:after="240"/>
      </w:pPr>
      <w:r>
        <w:t>In my current role, I conduct mediation sessions between separated parents about parenting arrangements. I have refined our family violence screening process to better identify power imbalances early, which has helped more families reach safe agreements in mediation rather than proceeding to court. I also draft parenting plans and issue section 60I certificates, ensuring all legislative requirements are met.</w:t>
      </w:r>
    </w:p>
    <w:p>
      <w:pPr>
        <w:spacing w:before="0" w:after="240"/>
      </w:pPr>
      <w:r>
        <w:t>I am particularly interested in working with [Company Name] because [add one genuine, specific reason: a project, value, or market position you can point to]. I am keen to contribute to your team and support your clients through what is often a difficult time.</w:t>
      </w:r>
    </w:p>
    <w:p>
      <w:pPr>
        <w:spacing w:before="0" w:after="240"/>
      </w:pPr>
      <w:r>
        <w:t>Thank you for considering my application. I have attached my resume and look forward to discussing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