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Fencer</w:t>
      </w:r>
    </w:p>
    <w:p>
      <w:pPr>
        <w:spacing w:before="0" w:after="240"/>
      </w:pPr>
      <w:r>
        <w:t>I am writing to apply for the Fencer role at [Company Name]. With hands-on experience in rural, residential and commercial fencing, I am confident I can deliver safe, accurate and durable fence lines for your clients.</w:t>
      </w:r>
    </w:p>
    <w:p>
      <w:pPr>
        <w:spacing w:before="0" w:after="240"/>
      </w:pPr>
      <w:r>
        <w:t>In my recent work, I set out and installed over 2 km of fencing on a cattle property, digging post holes and tensioning wire to exact specifications. I also repaired storm damage across several residential properties, restoring boundary security within 48 hours of callout. My ability to read plans and use laser levels ensures every job meets Australian Standards and client expectations.</w:t>
      </w:r>
    </w:p>
    <w:p>
      <w:pPr>
        <w:spacing w:before="0" w:after="240"/>
      </w:pPr>
      <w:r>
        <w:t>I want to work for [Company Name] because [add one genuine, specific reason: a project, value, or market position you can point to]. I am keen to contribute to your reputation for quality fencing and reliable service.</w:t>
      </w:r>
    </w:p>
    <w:p>
      <w:pPr>
        <w:spacing w:before="0" w:after="240"/>
      </w:pPr>
      <w:r>
        <w:t>Thank you for considering my application. I have attached my resume and look forward to discussing how I can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