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Film and Television Producer</w:t>
      </w:r>
    </w:p>
    <w:p>
      <w:pPr>
        <w:spacing w:before="0" w:after="240"/>
      </w:pPr>
      <w:r>
        <w:t>I am writing to apply for the Film and Television Producer role at [Company Name]. With a background in developing and delivering screen projects from script to distribution, I am confident I can bring both creative and commercial rigour to your team.</w:t>
      </w:r>
    </w:p>
    <w:p>
      <w:pPr>
        <w:spacing w:before="0" w:after="240"/>
      </w:pPr>
      <w:r>
        <w:t>In my most recent project, I managed the budget and schedule for a six-part series, working closely with the writer and director from development through to final delivery. I caught a scheduling clash early that would have added three days to the shoot, and renegotiated a location agreement to keep the production on track without compromising the creative vision. I also led negotiations with a distributor to secure rights in two additional territories, which strengthened the project's overall returns.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contribute to a team that takes storytelling seriously and manages productions with care.</w:t>
      </w:r>
    </w:p>
    <w:p>
      <w:pPr>
        <w:spacing w:before="0" w:after="240"/>
      </w:pPr>
      <w:r>
        <w:t>Thank you for considering my application. I have attached my resume and would welcome the chance to discuss how my production experience can support your upcoming slate.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