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Financial Planner</w:t>
      </w:r>
    </w:p>
    <w:p>
      <w:pPr>
        <w:spacing w:before="0" w:after="240"/>
      </w:pPr>
      <w:r>
        <w:t>I'm writing to apply for the Financial Planner role at [Company Name]. I build advice strategies across super, investment and insurance for clients at different life stages, and I'd bring that same client-first, compliance-solid approach to this position.</w:t>
      </w:r>
    </w:p>
    <w:p>
      <w:pPr>
        <w:spacing w:before="0" w:after="240"/>
      </w:pPr>
      <w:r>
        <w:t>In my current role I manage a client base through structured annual reviews, picking up early warning signs when a client's risk profile or goals have shifted rather than waiting for them to raise it. One client review flagged an insurance gap that had opened up after a change in employment; I restructured their cover and updated their Statement of Advice within the same review cycle, keeping them properly protected without any lapse in coverage.</w:t>
      </w:r>
    </w:p>
    <w:p>
      <w:pPr>
        <w:spacing w:before="0" w:after="240"/>
      </w:pPr>
      <w:r>
        <w:t>What draws me to [Company Name] specifically is [add one genuine, specific reason: a project, value, or market position you can point to]. That kind of fit matters to me because advice work is only as good as the trust clients place in the practice behind it.</w:t>
      </w:r>
    </w:p>
    <w:p>
      <w:pPr>
        <w:spacing w:before="0" w:after="240"/>
      </w:pPr>
      <w:r>
        <w:t>Thank you for considering my application. I've attached my resume and would welcome the chance to discuss how my experience with advice strategy and compliance could support your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