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Fire Safety Engineer</w:t>
      </w:r>
    </w:p>
    <w:p>
      <w:pPr>
        <w:spacing w:before="0" w:after="240"/>
      </w:pPr>
      <w:r>
        <w:t>I am writing to apply for the Fire Safety Engineer role with [Company Name]. With hands-on experience across performance-based design, fire and evacuation modelling and code compliance documentation, I can step into your project teams and contribute from the first design review.</w:t>
      </w:r>
    </w:p>
    <w:p>
      <w:pPr>
        <w:spacing w:before="0" w:after="240"/>
      </w:pPr>
      <w:r>
        <w:t>In a recent mixed-use development, I led the fire engineering assessment for a building that could not meet deemed-to-satisfy provisions on egress travel distances. I developed a performance-based alternative supported by FDS smoke modelling and Pathfinder evacuation analysis, then prepared the fire engineering report that carried the design through approval. The solution kept the architect's atrium configuration intact and avoided a late redesign of the core layout, and the report was accepted without further modelling requests from the approval authority.</w:t>
      </w:r>
    </w:p>
    <w:p>
      <w:pPr>
        <w:spacing w:before="0" w:after="240"/>
      </w:pPr>
      <w:r>
        <w:t>[add one genuine, specific reason: a project, value, or market position you can point to] and I would welcome the chance to bring my modelling and compliance experience to that work.</w:t>
      </w:r>
    </w:p>
    <w:p>
      <w:pPr>
        <w:spacing w:before="0" w:after="240"/>
      </w:pPr>
      <w:r>
        <w:t>Thank you for considering my application. My resume is attached and I would be glad to discuss how my background fits [Company Name]'s fire engineering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