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Fisheries Officer</w:t>
      </w:r>
    </w:p>
    <w:p>
      <w:pPr>
        <w:spacing w:before="0" w:after="240"/>
      </w:pPr>
      <w:r>
        <w:t>I am writing to apply for the Fisheries Officer position with [Company Name]. My background in field-based environmental monitoring and regulatory compliance work suits the mix of patrol, data collection and stakeholder engagement this role involves.</w:t>
      </w:r>
    </w:p>
    <w:p>
      <w:pPr>
        <w:spacing w:before="0" w:after="240"/>
      </w:pPr>
      <w:r>
        <w:t>In a previous field role, I ran water quality checks and fish population sampling across several sites, then used that data to flag declining stock indicators before they became a wider issue. I also handled compliance conversations with recreational fishers directly, explaining catch limits and licensing requirements in a way that reduced repeat breaches in the areas I covered. That combination of technical fieldwork and clear communication is exactly what patrol and enforcement work demands.</w:t>
      </w:r>
    </w:p>
    <w:p>
      <w:pPr>
        <w:spacing w:before="0" w:after="240"/>
      </w:pPr>
      <w:r>
        <w:t>[add one genuine, specific reason: a project, value, or market position you can point to] makes this role at [Company Name] particularly appealing to me, and I would welcome the chance to bring my fieldwork and compliance experience to your team.</w:t>
      </w:r>
    </w:p>
    <w:p>
      <w:pPr>
        <w:spacing w:before="0" w:after="240"/>
      </w:pPr>
      <w:r>
        <w:t>Thank you for considering my application. I have attached my resume and would welcome the opportunity to discuss how my background fits this role.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