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Fishing Skipper</w:t>
      </w:r>
    </w:p>
    <w:p>
      <w:pPr>
        <w:spacing w:before="0" w:after="240"/>
      </w:pPr>
      <w:r>
        <w:t>I am applying for the Fishing Skipper role at [Company Name]. With an AMSA certificate of competency and hands-on experience running commercial fishing vessels, I am confident I can manage your vessel safely, legally and productively.</w:t>
      </w:r>
    </w:p>
    <w:p>
      <w:pPr>
        <w:spacing w:before="0" w:after="240"/>
      </w:pPr>
      <w:r>
        <w:t>In my most recent role, I skippered a trawler on multi-day trips. I planned each trip around weather, tides and fuel use, and adjusted fishing grounds based on sounder readings to target the right species mix. I directed a crew of five in setting and hauling gear, maintained engines and deck machinery, and completed electronic catch reports to stay within quota. My focus on preventative maintenance cut unplanned breakdowns and kept the vessel fishing more days each season.</w:t>
      </w:r>
    </w:p>
    <w:p>
      <w:pPr>
        <w:spacing w:before="0" w:after="240"/>
      </w:pPr>
      <w:r>
        <w:t>I am drawn to [Company Name] because [add one genuine, specific reason: a project, value, or market position you can point to]. I want to bring my navigation and crew leadership skills to an operation that values sustainable fishing and looks after its people.</w:t>
      </w:r>
    </w:p>
    <w:p>
      <w:pPr>
        <w:spacing w:before="0" w:after="240"/>
      </w:pPr>
      <w:r>
        <w:t>Thank you for considering my application. I have attached my resume and look forward to discussing how I can contribute to your fishing operations.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