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Fitness Instructor</w:t>
      </w:r>
    </w:p>
    <w:p>
      <w:pPr>
        <w:spacing w:before="0" w:after="240"/>
      </w:pPr>
      <w:r>
        <w:t>I'm writing to apply for the Fitness Instructor role at [Company Name]. I bring hands-on experience designing exercise programs and leading group classes, and I enjoy the day-to-day mix of coaching technique, tracking client progress and keeping people motivated toward their goals.</w:t>
      </w:r>
    </w:p>
    <w:p>
      <w:pPr>
        <w:spacing w:before="0" w:after="240"/>
      </w:pPr>
      <w:r>
        <w:t>In my most recent role I worked with clients across a wide range of fitness levels, building programs that started with proper technique on basic gym equipment and progressed toward strength and conditioning goals over time. I regularly adjusted workout intensity based on client feedback and progress data, and I made a point of correcting form early to prevent injury rather than letting bad habits set in.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 want to work somewhere that takes client outcomes as seriously as I do.</w:t>
      </w:r>
    </w:p>
    <w:p>
      <w:pPr>
        <w:spacing w:before="0" w:after="240"/>
      </w:pPr>
      <w:r>
        <w:t>Thank you for considering my application. I've attached my resume with further detail on my experience and qualifications, and I'd welcome the chance to discuss how I could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