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Fitter and Turner</w:t>
      </w:r>
    </w:p>
    <w:p>
      <w:pPr>
        <w:spacing w:before="0" w:after="240"/>
      </w:pPr>
      <w:r>
        <w:t>I am writing to apply for the Fitter and Turner position at [Company Name]. With hands-on experience machining and fitting metal components to fine tolerances, I am confident I can contribute to your maintenance and production team.</w:t>
      </w:r>
    </w:p>
    <w:p>
      <w:pPr>
        <w:spacing w:before="0" w:after="240"/>
      </w:pPr>
      <w:r>
        <w:t>In my current role, I was handed a recurring problem with a packaging line that kept seizing because a drive shaft wore out of tolerance. I read the engineering drawings, machined a replacement shaft on the lathe, and checked it with micrometers before fitting and aligning it. The line ran without that fault for the rest of the year, and I documented the dimensions so the next replacement could be made faster.</w:t>
      </w:r>
    </w:p>
    <w:p>
      <w:pPr>
        <w:spacing w:before="0" w:after="240"/>
      </w:pPr>
      <w:r>
        <w:t>I am drawn to [Company Name] because [add one genuine, specific reason: a project, value, or market position you can point to]. I want to work somewhere that values precision and looks after its plant, and I believe my trade skills would be a good match.</w:t>
      </w:r>
    </w:p>
    <w:p>
      <w:pPr>
        <w:spacing w:before="0" w:after="240"/>
      </w:pPr>
      <w:r>
        <w:t>Thank you for considering my application. My resume is attached, and I would welcome the chance to discuss how my machining and fitting experience can support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