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Flooring Installer</w:t>
      </w:r>
    </w:p>
    <w:p>
      <w:pPr>
        <w:spacing w:before="0" w:after="240"/>
      </w:pPr>
      <w:r>
        <w:t>Dear Hiring Manager, I am writing to apply for the Flooring Installer position at [Company Name]. With hands-on experience in carpet, timber, vinyl and laminate installation, I am confident I can contribute to your team from day one.</w:t>
      </w:r>
    </w:p>
    <w:p>
      <w:pPr>
        <w:spacing w:before="0" w:after="240"/>
      </w:pPr>
      <w:r>
        <w:t>Recently, I completed a full subfloor preparation and installation of timber flooring in a 3-bedroom home. I measured and cut each plank to fit around doorways and corners, minimising waste and ensuring a seamless finish. The client was particularly pleased with the smooth transition between rooms, and the project was completed within the agreed timeframe.</w:t>
      </w:r>
    </w:p>
    <w:p>
      <w:pPr>
        <w:spacing w:before="0" w:after="240"/>
      </w:pPr>
      <w:r>
        <w:t>I am drawn to [Company Name] because of your reputation for high-quality commercial fit-outs. [add one genuine, specific reason: a project, value, or market position you can point to]. I would welcome the chance to bring my skills in precise measuring and neat finishing to your projects.</w:t>
      </w:r>
    </w:p>
    <w:p>
      <w:pPr>
        <w:spacing w:before="0" w:after="240"/>
      </w:pPr>
      <w:r>
        <w:t>Thank you for considering my application. I have attached my resume for your review and look forward to discussing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