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Flower Grower</w:t>
      </w:r>
    </w:p>
    <w:p>
      <w:pPr>
        <w:spacing w:before="0" w:after="240"/>
      </w:pPr>
      <w:r>
        <w:t>I am writing to apply for the Flower Grower position at [Company Name]. With several years of hands-on cut flower production experience across greenhouse and field operations, I am confident I can contribute to your team's consistent supply of quality blooms.</w:t>
      </w:r>
    </w:p>
    <w:p>
      <w:pPr>
        <w:spacing w:before="0" w:after="240"/>
      </w:pPr>
      <w:r>
        <w:t>In my most recent role, I managed a 3-hectare cut flower operation, overseeing planting schedules for roses, gerberas, and seasonal fillers. I introduced a simple grading checklist at the packing shed that cut down on rejected stems and extended the vase life of our main lines, which helped strengthen relationships with local florists. I also coordinated cool storage and transport, keeping temperature logs to ensure freshness from harvest to delivery.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would welcome the chance to bring my practical skills in irrigation, pest management, and post-harvest handling to your operation.</w:t>
      </w:r>
    </w:p>
    <w:p>
      <w:pPr>
        <w:spacing w:before="0" w:after="240"/>
      </w:pPr>
      <w:r>
        <w:t>Thank you for considering my application. I have attached my resume and would be glad to discuss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