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Flying Instructor</w:t>
      </w:r>
    </w:p>
    <w:p>
      <w:pPr>
        <w:spacing w:before="0" w:after="240"/>
      </w:pPr>
      <w:r>
        <w:t>I am writing to apply for the Flying Instructor role at [Company Name]. I hold a current CASA flight instructor rating and a Class 1 aviation medical, and I teach the full ab initio sequence from trial instructional flight through to commercial pilot licence standard.</w:t>
      </w:r>
    </w:p>
    <w:p>
      <w:pPr>
        <w:spacing w:before="0" w:after="240"/>
      </w:pPr>
      <w:r>
        <w:t>The part of the job I take most seriously is the ground work that sits either side of the flight. At my current school I rebuilt the emergency procedures lesson sequence after noticing that students were reaching flight test with solid handling but shaky decision making under pressure. I split the briefings so that each session ended with the student talking through the decisions rather than me, and ran the corresponding simulator sessions myself. Students who came through the revised sequence needed fewer repeat flights before reaching standard, and their debriefs became noticeably more self-directed, which is what I want to see before I sign anyone off for solo.</w:t>
      </w:r>
    </w:p>
    <w:p>
      <w:pPr>
        <w:spacing w:before="0" w:after="240"/>
      </w:pPr>
      <w:r>
        <w:t>I am drawn to [Company Name] because [add one genuine, specific reason: a project, value, or market position you can point to]. I would like to bring my instructional and record keeping habits to a team that takes that side of the operation as seriously as the flying.</w:t>
      </w:r>
    </w:p>
    <w:p>
      <w:pPr>
        <w:spacing w:before="0" w:after="240"/>
      </w:pPr>
      <w:r>
        <w:t>Thank you for considering my application. My resume is attached and I would welcome the chance to talk through my instructing experience and how I would fit into your flying program.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