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Food Factory Worker</w:t>
      </w:r>
    </w:p>
    <w:p>
      <w:pPr>
        <w:spacing w:before="0" w:after="240"/>
      </w:pPr>
      <w:r>
        <w:t>I am writing to apply for the Food Factory Worker position at [Company Name]. With hands-on experience in food processing and a strong commitment to food safety, I am confident I can contribute to your production team.</w:t>
      </w:r>
    </w:p>
    <w:p>
      <w:pPr>
        <w:spacing w:before="0" w:after="240"/>
      </w:pPr>
      <w:r>
        <w:t>In my previous role, I operated industrial mixers and slicers on a high-volume production line. I consistently met daily targets while maintaining strict hygiene standards, and I was recognised for reducing product waste by identifying and reporting equipment issues early. I also took responsibility for cleaning and sanitising equipment, helping the site pass audits without any food safety breaches.</w:t>
      </w:r>
    </w:p>
    <w:p>
      <w:pPr>
        <w:spacing w:before="0" w:after="240"/>
      </w:pPr>
      <w:r>
        <w:t>I am particularly drawn to [Company Name] because [add one genuine, specific reason: a project, value, or market position you can point to]. I want to work for a company that takes pride in producing safe, high-quality food, and I believe my skills align well with your commitment to excellence.</w:t>
      </w:r>
    </w:p>
    <w:p>
      <w:pPr>
        <w:spacing w:before="0" w:after="240"/>
      </w:pPr>
      <w:r>
        <w:t>Thank you for considering my application. I have attached my resume and look forward to the opportunity to discuss how I can contribute to your team. I am available for an interview at your convenience.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