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Food Scientist</w:t>
      </w:r>
    </w:p>
    <w:p>
      <w:pPr>
        <w:spacing w:before="0" w:after="240"/>
      </w:pPr>
      <w:r>
        <w:t>I am writing to apply for the Food Scientist position at [Company Name]. My background in laboratory testing, product formulation and regulatory documentation matches the technical and compliance demands of this role.</w:t>
      </w:r>
    </w:p>
    <w:p>
      <w:pPr>
        <w:spacing w:before="0" w:after="240"/>
      </w:pPr>
      <w:r>
        <w:t>In a previous project, I led a shelf-life study on a reformulated product, tracking chemical and microbiological stability across multiple storage conditions and adjusting packaging recommendations based on the results. I also designed a sensory evaluation trial with a trained panel to validate a lower-sugar reformulation, balancing consumer acceptability against the nutritional target.</w:t>
      </w:r>
    </w:p>
    <w:p>
      <w:pPr>
        <w:spacing w:before="0" w:after="240"/>
      </w:pPr>
      <w:r>
        <w:t>[add one genuine, specific reason: a project, value, or market position you can point to] is what draws me to [Company Name] specifically, and I would welcome the chance to bring my formulation and compliance experience to your team.</w:t>
      </w:r>
    </w:p>
    <w:p>
      <w:pPr>
        <w:spacing w:before="0" w:after="240"/>
      </w:pPr>
      <w:r>
        <w:t>Thank you for considering my application. I have attached my resume and would welcome the opportunity to discuss how my experience in testing, formulation and regulatory documentation could support your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