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Forensic Scientist</w:t>
      </w:r>
    </w:p>
    <w:p>
      <w:pPr>
        <w:spacing w:before="0" w:after="240"/>
      </w:pPr>
      <w:r>
        <w:t>I'm writing to apply for the Forensic Scientist position at [Company Name]. My background combines hands-on crime scene work with laboratory analysis and report writing, and I'm confident I can bring the same rigour to your casework.</w:t>
      </w:r>
    </w:p>
    <w:p>
      <w:pPr>
        <w:spacing w:before="0" w:after="240"/>
      </w:pPr>
      <w:r>
        <w:t>In a previous role I worked through a backlog of trace evidence samples under a strict reporting deadline, cross-checking GC-MS results against reference data before finalising conclusions. The report held up under scrutiny during subsequent court proceedings, which reinforced how much chain-of-custody discipline and clear documentation matter at every step, not just at the bench.</w:t>
      </w:r>
    </w:p>
    <w:p>
      <w:pPr>
        <w:spacing w:before="0" w:after="240"/>
      </w:pPr>
      <w:r>
        <w:t>What draws me to [Company Name] specifically is [add one genuine, specific reason: a project, value, or market position you can point to]. I want to work somewhere that treats forensic science as a service to the justice system, not just a lab function.</w:t>
      </w:r>
    </w:p>
    <w:p>
      <w:pPr>
        <w:spacing w:before="0" w:after="240"/>
      </w:pPr>
      <w:r>
        <w:t>Thank you for considering my application. I've attached my resume and would welcome the chance to discuss how my experience with laboratory analysis, evidence handling and expert testimony could support your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