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Forester</w:t>
      </w:r>
    </w:p>
    <w:p>
      <w:pPr>
        <w:spacing w:before="0" w:after="240"/>
      </w:pPr>
      <w:r>
        <w:t>I am writing to apply for the Forester position at [Company Name]. With a strong background in forest health assessment, harvesting and regeneration planning, and fire risk management, I am confident I can contribute to your team's sustainable forest management goals.</w:t>
      </w:r>
    </w:p>
    <w:p>
      <w:pPr>
        <w:spacing w:before="0" w:after="240"/>
      </w:pPr>
      <w:r>
        <w:t>In my current role, I have assessed forest health and growth rates across mixed-species plantations, planning thinning and regeneration programs that improved stand quality and reduced fire risk. I coordinated pest and disease monitoring across multiple landholdings, working with landholders to implement control measures that protected timber value and biodiversity. I also conducted fire risk assessments and fuel reduction planning for a regional forestry agency, advising on prescribed burning schedules and community safety.</w:t>
      </w:r>
    </w:p>
    <w:p>
      <w:pPr>
        <w:spacing w:before="0" w:after="240"/>
      </w:pPr>
      <w:r>
        <w:t>I am particularly interested in [Company Name] because [add one genuine, specific reason: a project, value, or market position you can point to].</w:t>
      </w:r>
    </w:p>
    <w:p>
      <w:pPr>
        <w:spacing w:before="0" w:after="240"/>
      </w:pPr>
      <w:r>
        <w:t>Thank you for considering my application. My resume is attached for your review.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