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Forklift Operator</w:t>
      </w:r>
    </w:p>
    <w:p>
      <w:pPr>
        <w:spacing w:before="0" w:after="240"/>
      </w:pPr>
      <w:r>
        <w:t>I'm writing to apply for the Forklift Operator role at [Company Name]. I hold a current High Risk Work Licence and have worked across warehouse and distribution settings operating counterbalance forklifts and reach trucks, which lines up directly with what this role needs on a daily basis.</w:t>
      </w:r>
    </w:p>
    <w:p>
      <w:pPr>
        <w:spacing w:before="0" w:after="240"/>
      </w:pPr>
      <w:r>
        <w:t>In my most recent warehouse role, I worked pick-and-place tasks against tight despatch windows, loading delivery trucks and containers while keeping stock records accurate in the WMS. I also noticed our racking sequence was slowing down aisle access during peak periods, and adjusting how pallets were stacked cut the time other operators spent waiting to get in and out.</w:t>
      </w:r>
    </w:p>
    <w:p>
      <w:pPr>
        <w:spacing w:before="0" w:after="240"/>
      </w:pPr>
      <w:r>
        <w:t>[Company Name] stands out to me because [add one genuine, specific reason: a project, value, or market position you can point to]. I want to bring my equipment experience and steady safety habits to a team that keeps freight moving cleanly under pressure.</w:t>
      </w:r>
    </w:p>
    <w:p>
      <w:pPr>
        <w:spacing w:before="0" w:after="240"/>
      </w:pPr>
      <w:r>
        <w:t>Thank you for considering my application. I've attached my resume with more detail on my licensing, equipment experience, and safety record, and I'd welcome the chance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