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Fraud Analyst</w:t>
      </w:r>
    </w:p>
    <w:p>
      <w:pPr>
        <w:spacing w:before="0" w:after="240"/>
      </w:pPr>
      <w:r>
        <w:t>I am writing to apply for the Fraud Analyst position at [Company Name]. With hands-on experience in transaction monitoring, detection rule development, and AUSTRAC reporting, I am confident I can contribute to your financial crime team from day one.</w:t>
      </w:r>
    </w:p>
    <w:p>
      <w:pPr>
        <w:spacing w:before="0" w:after="240"/>
      </w:pPr>
      <w:r>
        <w:t>In my current role, I noticed a spike in card-not-present fraud attempts using a specific merchant category. I wrote a SQL query to isolate the pattern, built a new detection rule in the case management system, and worked with the compliance team to file a suspicious matter report. The rule now alerts the team to similar activity within hours, and it has been used to block several fraudulent accounts before losses occurred.</w:t>
      </w:r>
    </w:p>
    <w:p>
      <w:pPr>
        <w:spacing w:before="0" w:after="240"/>
      </w:pPr>
      <w:r>
        <w:t>I am keen to work for [Company Name] because [add one genuine, specific reason: a project, value, or market position you can point to]. I want to bring my skills in data analysis and fraud detection to an organisation that takes financial crime seriously.</w:t>
      </w:r>
    </w:p>
    <w:p>
      <w:pPr>
        <w:spacing w:before="0" w:after="240"/>
      </w:pPr>
      <w:r>
        <w:t>Thank you for considering my application. I have attached my resume and look forward to discussing how I can support your fraud prevention efforts.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