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Game Designer</w:t>
      </w:r>
    </w:p>
    <w:p>
      <w:pPr>
        <w:spacing w:before="0" w:after="240"/>
      </w:pPr>
      <w:r>
        <w:t>I am writing to apply for the Game Designer role at [Company Name]. With a strong background in designing game mechanics and a track record of shipping playable features, I am confident I can contribute to your team's upcoming projects.</w:t>
      </w:r>
    </w:p>
    <w:p>
      <w:pPr>
        <w:spacing w:before="0" w:after="240"/>
      </w:pPr>
      <w:r>
        <w:t>In my most recent role, I designed the progression and economy systems for a mobile strategy game. I prototyped the core loop in Unity, ran weekly playtests and used player data to rebalance difficulty. This reduced post-launch balance patches from monthly to quarterly and kept early player retention steady.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bring my design documentation and prototyping skills to a studio that values iteration and player experience.</w:t>
      </w:r>
    </w:p>
    <w:p>
      <w:pPr>
        <w:spacing w:before="0" w:after="240"/>
      </w:pPr>
      <w:r>
        <w:t>Thank you for considering my application. My resume is attached, and I would welcome the chance to discuss how my design experience can support your team's goals.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