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Game Developer</w:t>
      </w:r>
    </w:p>
    <w:p>
      <w:pPr>
        <w:spacing w:before="0" w:after="240"/>
      </w:pPr>
      <w:r>
        <w:t>I'm writing to apply for the Game Developer role at [Company Name]. I write clean, debuggable C++ and C# code and I'm comfortable working inside both Unity and Unreal Engine, which makes me a strong fit for a studio building across console, PC and mobile.</w:t>
      </w:r>
    </w:p>
    <w:p>
      <w:pPr>
        <w:spacing w:before="0" w:after="240"/>
      </w:pPr>
      <w:r>
        <w:t>On a recent project I integrated a physics and audio system into a mid-development build that kept causing intermittent crashes on one target platform. I profiled the build, traced the issue to a memory leak in the animation pipeline, and worked with the designer to adjust the implementation without cutting the mechanic. The fix went in ahead of the next milestone demo and the crash didn't recur in later QA passes.</w:t>
      </w:r>
    </w:p>
    <w:p>
      <w:pPr>
        <w:spacing w:before="0" w:after="240"/>
      </w:pPr>
      <w:r>
        <w:t>What draws me to [Company Name] specifically is [add one genuine, specific reason: a project, value, or market position you can point to]. I want to work somewhere that takes the technical side of game development as seriously as the creative side, and that's the impression I get from your studio.</w:t>
      </w:r>
    </w:p>
    <w:p>
      <w:pPr>
        <w:spacing w:before="0" w:after="240"/>
      </w:pPr>
      <w:r>
        <w:t>Thank you for considering my application. I've attached my resume with more detail on my technical background and project work, and I'd welcome the chance to talk through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