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Garage Door Technician</w:t>
      </w:r>
    </w:p>
    <w:p>
      <w:pPr>
        <w:spacing w:before="0" w:after="240"/>
      </w:pPr>
      <w:r>
        <w:t>I am applying for the Garage Door Technician role with [Company Name]. I install, service and repair residential and light commercial doors and their openers, and I am used to working unsupervised from the first job of the day through to the last, with the customer sign-off done properly at the end of each one.</w:t>
      </w:r>
    </w:p>
    <w:p>
      <w:pPr>
        <w:spacing w:before="0" w:after="240"/>
      </w:pPr>
      <w:r>
        <w:t>In my current role I look after a service run of around forty doors a month across the northern suburbs. A townhouse complex we had fitted started producing repeat callbacks for doors that reversed on the way down, so I worked through the whole complex one door at a time: cleaned and realigned the tracks, re-tensioned springs that had been set unevenly, and replaced two failing safety sensors. The callbacks stopped, and the body corporate asked us to take on their annual servicing as well.</w:t>
      </w:r>
    </w:p>
    <w:p>
      <w:pPr>
        <w:spacing w:before="0" w:after="240"/>
      </w:pPr>
      <w:r>
        <w:t>I would like to work for [Company Name] because [add one genuine, specific reason: a project, value, or market position you can point to]. I am looking for a technician role where the installation and service work is done to a consistent standard and where the person on site is trusted to make the call.</w:t>
      </w:r>
    </w:p>
    <w:p>
      <w:pPr>
        <w:spacing w:before="0" w:after="240"/>
      </w:pPr>
      <w:r>
        <w:t>Thank you for considering my application. My resume is attached and I am happy to talk through my experience, or to come in and demonstrate a service and safety reverse check on one of your doors, at a time that suits you.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