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Garment Cutter</w:t>
      </w:r>
    </w:p>
    <w:p>
      <w:pPr>
        <w:spacing w:before="0" w:after="240"/>
      </w:pPr>
      <w:r>
        <w:t>I am applying for the Garment Cutter role at [Company Name]. With hands-on experience cutting fabric to pattern specifications across sample, small-run and production work, I can step into your cutting room and keep accurate pieces moving to the machinists.</w:t>
      </w:r>
    </w:p>
    <w:p>
      <w:pPr>
        <w:spacing w:before="0" w:after="240"/>
      </w:pPr>
      <w:r>
        <w:t>In my current role, I cut for a weekly range of sample garments and short production runs, which meant reading cutting tickets, spreading fabric to the right ply depth and nesting patterns to make the best use of each roll. On one run with a limited length of a delicate fabric, I reworked the marker and adjusted the lay to fit all required pieces, which kept the sample deadline on track and left enough cloth for a second colourway.</w:t>
      </w:r>
    </w:p>
    <w:p>
      <w:pPr>
        <w:spacing w:before="0" w:after="240"/>
      </w:pPr>
      <w:r>
        <w:t>I want to work with [Company Name] because [add one genuine, specific reason: a project, value, or market position you can point to]. I am keen to bring my cutting accuracy and fabric-saving habits to a team that takes both craft and production pace seriously.</w:t>
      </w:r>
    </w:p>
    <w:p>
      <w:pPr>
        <w:spacing w:before="0" w:after="240"/>
      </w:pPr>
      <w:r>
        <w:t>Thank you for considering my application. My resume is attached, and I would welcome the chance to discuss how my cutting experience fits your production needs.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