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Gas Network Technician</w:t>
      </w:r>
    </w:p>
    <w:p>
      <w:pPr>
        <w:spacing w:before="0" w:after="240"/>
      </w:pPr>
      <w:r>
        <w:t>I am writing to apply for the Gas Network Technician role at [Company Name]. With hands-on experience in gas distribution maintenance and a strong safety record, I am confident I can contribute to your network operations from day one.</w:t>
      </w:r>
    </w:p>
    <w:p>
      <w:pPr>
        <w:spacing w:before="0" w:after="240"/>
      </w:pPr>
      <w:r>
        <w:t>In my current role, I respond to gas escape reports and perform leak detection and pressure testing on mains and service pipes. I recently identified a slow leak on a commercial service line that had been missed in a previous survey, using a combination of flame ionisation and ultrasonic detection. I isolated the section, coordinated the repair and restored supply within four hours, preventing a potential disruption to nearby businesses. I also maintain SCADA and ArcGIS records to ensure accurate asset data for future maintenance.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am keen to bring my skills to your team and contribute to your reputation for reliable and safe gas supply.</w:t>
      </w:r>
    </w:p>
    <w:p>
      <w:pPr>
        <w:spacing w:before="0" w:after="240"/>
      </w:pPr>
      <w:r>
        <w:t>Thank you for considering my application. I have attached my resume for your review and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